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A4DE76" w14:textId="6C4EDB42" w:rsidR="00ED5885" w:rsidRDefault="00000000">
      <w:pPr>
        <w:jc w:val="right"/>
      </w:pPr>
      <w:r>
        <w:rPr>
          <w:b/>
        </w:rPr>
        <w:t>Anexa nr. 3</w:t>
      </w:r>
      <w:r w:rsidR="007662EF">
        <w:rPr>
          <w:b/>
        </w:rPr>
        <w:t>.1</w:t>
      </w:r>
    </w:p>
    <w:p w14:paraId="13F70DBE" w14:textId="77777777" w:rsidR="00ED5885" w:rsidRDefault="00000000">
      <w:pPr>
        <w:jc w:val="center"/>
      </w:pPr>
      <w:r>
        <w:t>DECLARAȚIE</w:t>
      </w:r>
    </w:p>
    <w:p w14:paraId="7E570325" w14:textId="77777777" w:rsidR="007662EF" w:rsidRDefault="007662EF">
      <w:pPr>
        <w:jc w:val="center"/>
      </w:pPr>
    </w:p>
    <w:p w14:paraId="07D6E055" w14:textId="4A067FB2" w:rsidR="00ED5885" w:rsidRDefault="007662EF" w:rsidP="007662EF">
      <w:pPr>
        <w:spacing w:line="360" w:lineRule="auto"/>
        <w:jc w:val="both"/>
      </w:pPr>
      <w:r>
        <w:t xml:space="preserve">       </w:t>
      </w:r>
      <w:r w:rsidR="00000000">
        <w:t xml:space="preserve">Subsemnatul/a, ........................................, student în anul ...., an universitar ............ / absolvent al programului de studii universitare de licență/masterat .......................... din cadrul Facultății .......................... declar că am utilizat instrumente de inteligență artificială generativă (IAG) în procesul de elaborare a acestei lucrări: (titlul lucrării și natura acesteia: lucrare de licență/disertație) / acestui proiect, exclusiv în scopurile descrise mai jos, cu respectarea principiilor prevăzute în </w:t>
      </w:r>
      <w:r w:rsidR="00000000" w:rsidRPr="007662EF">
        <w:rPr>
          <w:i/>
          <w:iCs/>
        </w:rPr>
        <w:t>Ghidul de utilizare a instrumentelor de Inteligență Artificială Generativă (IAG) în cadrul Academiei de Studii Economice din București.</w:t>
      </w:r>
    </w:p>
    <w:p w14:paraId="5968DA18" w14:textId="13993CFF" w:rsidR="00ED5885" w:rsidRDefault="007662EF" w:rsidP="007662EF">
      <w:pPr>
        <w:spacing w:line="360" w:lineRule="auto"/>
        <w:jc w:val="both"/>
      </w:pPr>
      <w:r>
        <w:t xml:space="preserve">       </w:t>
      </w:r>
      <w:r w:rsidR="00000000">
        <w:t>Instrumentul(ele) utilizat(e): __________  Scopul utilizării: (ex. traducere, revizuire lingvistică, generare de idei) – (Studentul/absolventul detaliază modul în care a fost utilizat IAG-ul și partea/părțile din lucrare în care acesta a fost utilizat: .............................................................................................., data completă a interacțiunii (anul, luna și ziua): ........................</w:t>
      </w:r>
    </w:p>
    <w:p w14:paraId="2683B3EC" w14:textId="1DA74A1B" w:rsidR="00ED5885" w:rsidRDefault="007662EF" w:rsidP="007662EF">
      <w:pPr>
        <w:spacing w:line="360" w:lineRule="auto"/>
        <w:jc w:val="both"/>
      </w:pPr>
      <w:r>
        <w:t xml:space="preserve">       </w:t>
      </w:r>
      <w:r w:rsidR="00000000">
        <w:t>Sunt conștient că, în cazul constatării falsului voi suporta rigorile legii pentru săvârșirea infracțiunilor comise (fals, uz de fals, fals material în înscrisuri oficiale), conform Art. 326 din Codul penal, cu modificările și completările ulterioare.</w:t>
      </w:r>
    </w:p>
    <w:p w14:paraId="259A191C" w14:textId="77777777" w:rsidR="00ED5885" w:rsidRDefault="00ED5885" w:rsidP="007662EF">
      <w:pPr>
        <w:spacing w:line="360" w:lineRule="auto"/>
      </w:pPr>
    </w:p>
    <w:p w14:paraId="694863F5" w14:textId="7B2FAD22" w:rsidR="00ED5885" w:rsidRDefault="007662EF" w:rsidP="007662EF">
      <w:pPr>
        <w:spacing w:line="360" w:lineRule="auto"/>
      </w:pPr>
      <w:r>
        <w:t xml:space="preserve">     </w:t>
      </w:r>
      <w:r w:rsidR="00000000">
        <w:t>Data:</w:t>
      </w:r>
      <w:r>
        <w:t xml:space="preserve">                                                                                                                                         </w:t>
      </w:r>
      <w:r w:rsidR="00000000">
        <w:t>Semnătură,</w:t>
      </w:r>
    </w:p>
    <w:sectPr w:rsidR="00ED5885"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848669359">
    <w:abstractNumId w:val="8"/>
  </w:num>
  <w:num w:numId="2" w16cid:durableId="1247110046">
    <w:abstractNumId w:val="6"/>
  </w:num>
  <w:num w:numId="3" w16cid:durableId="328607496">
    <w:abstractNumId w:val="5"/>
  </w:num>
  <w:num w:numId="4" w16cid:durableId="1133717654">
    <w:abstractNumId w:val="4"/>
  </w:num>
  <w:num w:numId="5" w16cid:durableId="786192339">
    <w:abstractNumId w:val="7"/>
  </w:num>
  <w:num w:numId="6" w16cid:durableId="75329562">
    <w:abstractNumId w:val="3"/>
  </w:num>
  <w:num w:numId="7" w16cid:durableId="1387333981">
    <w:abstractNumId w:val="2"/>
  </w:num>
  <w:num w:numId="8" w16cid:durableId="1849825456">
    <w:abstractNumId w:val="1"/>
  </w:num>
  <w:num w:numId="9" w16cid:durableId="6878741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7662EF"/>
    <w:rsid w:val="00962DC5"/>
    <w:rsid w:val="00AA1D8D"/>
    <w:rsid w:val="00B47730"/>
    <w:rsid w:val="00CB0664"/>
    <w:rsid w:val="00ED588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4B29DF"/>
  <w14:defaultImageDpi w14:val="300"/>
  <w15:docId w15:val="{13804F5B-6E4C-470F-B40C-57C058F65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233</Words>
  <Characters>1330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1560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GOGU</cp:lastModifiedBy>
  <cp:revision>2</cp:revision>
  <dcterms:created xsi:type="dcterms:W3CDTF">2013-12-23T23:15:00Z</dcterms:created>
  <dcterms:modified xsi:type="dcterms:W3CDTF">2026-06-03T07:31:00Z</dcterms:modified>
  <cp:category/>
</cp:coreProperties>
</file>